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冊子テンプレート（A5・仕上がりサイズ）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・用紙サイズ：148×210mm（仕上がりサイズ）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12mm・内側（ノド）17mm・外側 12mm（見開きページ設定）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・このテンプレートは端まで色を付けないデザイン用です。端まで背景を入れる場合は「塗り足しあり」を使ってください。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8391" w:h="11906"/>
      <w:pgMar w:top="680" w:right="680" w:bottom="680" w:left="96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