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冊子テンプレート（A6・塗り足しあり）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・用紙サイズ：111×154mm（仕上がり105×148mm の上下左右に塗り足し3mm）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15mm・内側（ノド）20mm・外側 15mm（見開きページ設定）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・背景や写真をページの端まで入れる場合は、用紙の端まで広げてください（外側3mmは断裁で切り落とされます）。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6293" w:h="8731"/>
      <w:pgMar w:top="850" w:right="850" w:bottom="85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